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חלקי הדיבר העיקריים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בשמות עצם, שמות תואר, פעלים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המשחק ולתרגם אותו לידע דקדוקי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הוא שמתאר שם עצם, פועל מביע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מילת היחס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דיבר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 שלב 1 - שלב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סיום שלב 2 - שלב המתקדמים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סיום שלב 3 - שלב הבונוס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קבלת התג אליפות חלקי הדיבר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הקטן רץ מהר - שם עצם, שם תואר, פועל, תואר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- דבר/אדם, פועל -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תואר הפועל מתאר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 משחקים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התרגול למשחקים באתר כחיזוק לפני או אחרי 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זיהוי חלקי דיבר במשפטים מתוך טקסטים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יש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מסע חלקי הדיבר אתם עוברים שלושה שלבים של משחקים ואוספים תגים ונקודות. כדי להצליח במשחקים צריך לדעת היטב לזהות את חלקי הדיבר השונים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אדום  ·  תואר  ·  כתבה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'רץ' במשפט 'הילד רץ מהר'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'יפה' במשפט 'זאת תמונה יפה'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'שולחן' היא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חיבור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יכול לתאר אדם, חיה או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יחס מקשרת בין מילים במשפט כמו 'עם' או 'אל'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'כתבה' במשפט 'הילדה __________ מכתב' היא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שמתארת שם עצם נקראת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'אדום' במשפט 'הרכב __________ חדש' היא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חלק דיבר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שלב 3 - שלב הבונוס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קבלת התג אליפות חלקי הדיבר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שלב 2 - שלב המתקדמים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שלב 1 - שלב היסודות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שיש בו לפחות שלושה חלקי דיבר שונים, וסמנו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שהיא שם עצם ולמילה שהיא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שם תואר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