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חלקי הדיבר העיקריים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בשמות עצם, שמות תואר, פעלים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המשחק ולתרגם אותו לידע דקדוקי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תואר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הוא שמתאר שם עצם, פועל מביע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מילת היחס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גוף מחליף שם של אדם כמו הוא, היא,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באתר - שלב 1, שלב 2,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התג ניתן על קבלת 3 כוכבים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 שלב 1 - שלב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 שלב 2 - שלב המתקדמים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סיום שלב 3 - שלב הבונוס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קבלת התג אליפות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הקטן רץ מהר - שם עצם, שם תואר, פועל,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מציין דבר או אדם, שם תואר מתאר את אותו דבר או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דבר/אדם, פועל -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משחקים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התרגול למשחקים באתר כחיזוק לפני או אחרי 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חלקי דיבר במשפטים מתוך טקסטים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יש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משחקים על חלקי הדיבר. בדף הזה נתרגל לזהות מילים שונות במשפט - שם עצם, פועל, שם תואר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פעולה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שמקשרת בין מילים כמו על, אל,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 כמו אני, הוא, אתם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חלקים במשפט כמו ו, אבל,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תשובות נכונות ברציפות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שולחן זה איזה חלק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'על'?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אנחנו זה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מהר זה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לתאר אדם, חיה או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מקשרת בין מילים במשפט כמו 'עם' או 'אל'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תמיד שם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'מסע חלקי הדיבר' יש שלושה שלבים של 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 'ציון מושלם' ניתן על סיום משחק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'כתבה' במשפט 'הילדה __________ מכתב' היא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שמתארת שם עצם נקראת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'אדום' במשפט 'הרכב __________ חדש' היא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את התג 'רצף לוהט' צריך 10 תשובות נכונות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שמקשרת בין שם עצם למילה אחרת כמו 'עם' או 'אל' נקראת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לסיים את 'שלב היסודות' צריך לסיים את כל __________ המשחקים של שלב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3 - שלב הבונוס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1 - שלב היסודות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התג אליפות חלקי הדיבר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שלב 2 - שלב המתקדמים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לפחות שלושה חלקי דיבר שונים, וסמנו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שם עצם ולמילה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משחקים יש בכל שלב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