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הדיבר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ולהבחין בין חלקי הדיבר העיקריים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בשמות עצם, שמות תואר, פעלים ומילות יחס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המשחק ולתרגם אותו לידע דקדוקי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מילת יחס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כינוי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תואר הפועל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שם תואר הוא שמתאר שם עצם, פועל מביע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תפקיד מילת היחס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כינוי גוף מחליף שם של אדם כמו הוא, היא,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באתר - שלב 1, שלב 2, שלב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התג ניתן על קבלת 3 כוכבים במשחק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יחס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חלק דיבר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(כלב)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(רוצה)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(אצל)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(בשקט)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השלבים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סיום שלב 1 - שלב היסודות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סיום שלב 2 - שלב המתקדמים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סיום שלב 3 - שלב הבונוס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קבלת התג אליפות חלקי הדיבר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הילד הקטן רץ מהר - שם עצם, שם תואר, פועל, תואר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שם עצם מציין דבר או אדם, שם תואר מתאר את אותו דבר או אדם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עצם - דבר/אדם, פועל -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תואר מתאר שם עצם, תואר הפועל מתאר 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6 משחקים בכל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לחבר את התרגול למשחקים באתר כחיזוק לפני או אחרי שימוש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זיהוי חלקי דיבר במשפטים מתוך טקסטים שהתלמידים מכירים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יש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הדיבר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מסע חלקי הדיבר אתם עוברים שלושה שלבים של משחקים ואוספים תגים ונקודות. כדי להצליח במשחקים צריך לדעת היטב לזהות את חלקי הדיבר השונים במשפט.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המילה 'רץ' במשפט 'הילד רץ מהר'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המילה 'יפה' במשפט 'זאת תמונה יפה'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כינוי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המילה 'שולחן' היא דוגמה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מילת חיבור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המילה 'על' במשפט 'הספר על השולחן'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כינוי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המילה 'אנחנו'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כינוי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המילה 'מהר' במשפט 'הוא כתב מהר'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מילת חיבור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תואר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עצם יכול לתאר אדם, חיה או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פועל הוא מילה שמתארת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יחס מקשרת בין מילים במשפט כמו 'עם' או 'אל'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גוף הוא תמיד שם של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'מסע חלקי הדיבר' יש שלושה שלבים של משחקים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התג 'ציון מושלם' ניתן על סיום משחק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'כתבה' במשפט 'הילדה __________ מכתב' היא 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שמתארת שם עצם נקראת שם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'אדום' במשפט 'הרכב __________ חדש' היא שם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לקבל את התג 'רצף לוהט' צריך 10 תשובות נכונות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מילה שמקשרת בין שם עצם למילה אחרת כמו 'עם' או 'אל' נקראת מילת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כדי לסיים את 'שלב היסודות' צריך לסיים את כל __________ המשחקים של שלב 1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חלק דיבר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שם עצם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שם תואר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מילת יחס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גדול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כינוי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בשקט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תואר הפועל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כלב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השלבים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שלב 2 - שלב המתקדמים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שלב 1 - שלב היסודות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שלב 3 - שלב הבונוס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קבלת התג אליפות חלקי הדיבר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שיש בו לפחות שלושה חלקי דיבר שונים, וסמנו אותם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שם עצם לשם תואר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שהיא שם עצם ולמילה שהיא פועל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שם תואר לתואר הפועל?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משחקים יש בכל שלב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הדיבר בעברית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