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חלקי הדיבר השונים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מין ומספר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שם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מילות שאלה פותחות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תואר הפועל מתאר פועל, לא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כינוי גוף בא במקום שם עצם של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מילות קישור כמו 'אבל' ו'כי' מחברות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המילה לסוג 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(מילת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 (הנושא של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פועל (מה הנושא עושה)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שם תואר או תואר הפועל (תיאור 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מילת יחס אם צריך לחבר למילה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שהמשפט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לפחות 4 חלקי דיבר, למשל: הילדה (שם עצם) היפה (שם תואר) רצה (פועל) מהר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 עם שימוש נכון בחלקי דיבר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תואר הפועל מתאר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עם/אל למילת יחס, כי/אבל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את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והסידור לפני המעבר למשימות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דוגמאות נוספות מהמשחקים באתר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סוגי מילים בעברית, כמו שם עצם ופועל. נתרגל לזהות כל סוג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מה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שעושים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עושים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מילים, כמו עם, אל, 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משפטים, כמו כי, אבל, ולכן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שם, כמו אני, הוא,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כמות, כמו שלוש, עשרה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המילה 'ילד'?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סוג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סוג המילה 'עם'?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סוג המילה 'כי'?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סוג המילה 'הם'?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סוג המילה 'שלוש'?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לציין גם מקום, כמו 'עיר'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שאלה היא מילה כמו 'מי' או 'איפה'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יכול להחליף שם של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מחברת בין שני 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מאוד (מתארת תכונה 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__________ בחצר (פעולה)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הלך __________ הביתה (מילת יחס)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__________ תפוחים (שם מספר)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אתה הולך? (מילת שאלה)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כתבה __________ (תואר הפועל - איך כתבה)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__________ לא באתי לבית הספר היום (מילת קישור)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המילה לסוג 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תואר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שלם ומובן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מילת יחס אם צריך לחבר למילה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פועל (מה הנושא עושה)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עצם (הנושא של המשפט)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שם תואר או תואר הפועל (תיאור נוסף)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לפחות ארבעה חלקי דיבר שונים,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קצרים שבכל אחד מהם משתמשים בחלק דיבר אחר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תואר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מספר וכינוי 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