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תפקיד המילה לפי מקומה והקשרה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הגדרת חלק הדיבר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עצם עם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רצתי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מתי, איך או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כיתה היא שם עצם, היא מציינת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יחס מראה קשר בין מילים, לא בין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ו החיבור מחברת בין חלקים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שם התואר מגיע לפני, תלוי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(ישבתי)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נבח. הכלב - שם עצם, הגדול - שם תואר, נבח -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תואר מתאר שם עצם (ילד חכם), תואר הפועל מתאר פעולה (רץ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זיהה נכון לפחות ארבעה חלקי דיבר שונים במשפט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מראה קשר (על, עם, ליד), מילת קישור מחברת חלקים (ו, כי, אבל)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השאלות איך, מתי,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המשפט מהמשחק ולבקש מהתלמידים לנחש את חלקי הדיבר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בשאלות עזר (מה? מי? איך? מתי?) כדי לזהות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ולתת לכל זוג משפט אחר מתוך טקסט מוכר לתיוג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'מתייגים משפט' בוחרים מילה מסומנת במשפט וקובעים לאיזה חלק דיבר היא שייכת. בדף הזה נתרגל את אותם חלקי דיבר: שם עצם, שם תואר, פועל, תואר הפועל, מילת יחס ומילת קישור.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'אתמול ישבתי לידה בכיתה' המילה אתמול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במשפט 'אתמול ישבתי לידה בכיתה' המילה ישבתי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במשפט 'אתמול ישבתי לידה בכיתה' המילה לידה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'אתמול ישבתי לידה בכיתה' המילה בכיתה מכילה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 עם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תואר במשפט 'הילדה החכמה קראה ספר מעניין'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מילת קישור במשפט 'רציתי לצאת אבל ירד גשם'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במשפט 'הוא רץ מהר מאוד לבית הספר' המילה מהר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בין הבאות היא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'אתמול' היא תואר הפועל כי היא מתארת מתי קרתה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'כיתה'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תמיד מחברת בין שני משפטים 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'ו' יכולה לשמש כמילת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מגיע אחרי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'ישבתי __________ בכיתה' המילה שחסרה היא מילת יחס שמציינת קרבה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במשפט 'אתמול ישבתי בכיתה' מציינת מתי קרתה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'הילד הקטן אכל תפוח' המילה __________ היא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'רציתי לקרוא __________ לא היה זמן' המילה החסרה היא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במשפט 'הוא ישב מתחת לעץ' היא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אתמול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ישבתי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אחד, פועל אחד ושם תואר אחד, וסמנו כל מילה בחלק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תואר הפועל לבין שם תואר,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מתוך ספר או שיר שאתם מכירים, וסמנו בו לפחות ארבעה חלקי דיבר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תואר הפועל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